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עונות ואוצר מילים בטבע - סתיו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בעברית על הסתיו והטבע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הבנה של מילים פשוטות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מילה לתמונה או 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סְתָו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גֶּשֶׁם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בָּאֲדָמָה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צִפּוֹר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חַם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פֶּרַח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בחורף קר, לא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המים יורדים מהעננים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צריך להשאיר את הפרחים בטבע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ציפורים עפות בשמיים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בצל גדל באדמה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סתיו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(עונה עם גשם וקור)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(ירק שגדל באדמה)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(חיה שעפה בשמיים)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(דבר לבן בשמיים)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(צמח צבעוני)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ענו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למשל: הגשם, הקור, הבגדים החמים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שהפרחים יישארו בטבע ואחרים יוכלו ליהנות מהם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של כל מילה כדי לעזור בהבנה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המילים בקול רם יחד עם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לתת זמן נוסף לתלמידים עם קושי בעברית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עונות ואוצר מילים בטבע - סתיו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בעברית על עונת הסתיו, מזג האוויר והטבע. נתרגל מילים כמו גֶּשֶׁם, בָּצָל, צִפּוֹר ופֶּרַח.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אומרים 'autumn' בעברית?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קַיִץ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סְתָו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חֹרֶף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אָבִיב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יורד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שֶׁמֶש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גֶּשֶׁם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בָּצָל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עָנָן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נמצא הבצל?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בַּשָּׁמַיִם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בָּאֲדָמָה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בַּיָּם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בָּעֵץ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אומרים 'bird' בעברית?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פֶּרַח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עָנָן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צִפּוֹר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עָלֶה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מזג האוויר בקיץ?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קַר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חַם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יורד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יורד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צבעוני וגדל בגינה?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בָּצָל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פֶּרַח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עָנָן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אֲדָמָה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חם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גשם יורד מהשמיים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לקטוף פרחי 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ציפור יודעת לעוף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בצל גדל באוויר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בחורף יורד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הבצל נמצא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יודעת לעוף בשמיים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בקיץ מזג האוויר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הוא צמח צבעוני ויפה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העונה אחרי הקיץ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סְתָו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דבר לבן בשמיים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בָּצָל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עונה עם גשם וקור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צִפּוֹר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ירק שגדל באדמה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עָנָן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צמח צבעוני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פֶּרַח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חיה שעפה בשמיים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ענו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אוהבים/אוהבות בעונת הסתיו? כתבו שני דברים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אסור לקטוף פרחי בר?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אומרים 'autumn' בעברית?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יורד בחורף?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גדל הבצל?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עונות ואוצר מילים בטבע - סתיו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