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ואוצר מילים בטבע - 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על הסתיו והטבע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לתמונה או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סְתָו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בָּאֲדָמָה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צִפּוֹר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חַם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פֶּרַח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קר, לא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המים יורדים מהעננים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צריך להשאיר את הפרחים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ציפורים עפות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בצל גדל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(עונה עם גשם וקור)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(ירק שגדל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(חיה שעפה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(דבר לבן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(צמח צבעוני)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הגשם, הקור, הבגדים החמים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שהפרחים יישארו בטבע ואחרים יוכלו ליהנות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כל מילה כדי לעזור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נוסף לתלמידים עם קושי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ואוצר מילים בטבע - 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חדשות בעברית. המילים על סתיו, גשם וטבע. קוראים לאט ועונים.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סְתָו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אחרי הקיץ, יש גשם וקריר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בָּצָל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עגול שגדל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אֲדָמָה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הקרקע, מקום שצמחים גדלים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צִפּוֹר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קטנה שיודעת לעוף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פֶּרַח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יפה וצבעוני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לבן או אפור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קַיִץ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הכי חמה בשנה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לעונה אחרי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סְתָו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חֹרֶף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בא מהשמיים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שֶׁמֶש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בָּצָל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עָנָן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גדל הבצל?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בַּשָּׁמַיִם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בָּאֲדָמָה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בַּיָּם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בָּעֵץ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לחיה שעפה?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עָנָן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עָלֶה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בקיץ קר או 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יפה וצבעוני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בָּצָל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עָנָן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אֲדָמָה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חם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יורד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לקטוף פרחי 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יודעת לעוף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בצל גדל באוויר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הבצל נמצא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יודעת לעוף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בקיץ מזג האוויר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צמח צבעוני ויפה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העונה אחרי הקיץ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סְתָו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ירק שגדל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שעפה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צִפּוֹר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 צבעוני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עָנָן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עונה עם גשם וקור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פֶּרַח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לבן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אוהבים/אוהבות בעונת הסתיו?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אסור לקטוף פרחי 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'autumn'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יורד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גדל הבצל?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עונות ואוצר מילים בטבע - 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