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עונות ואוצר מילים בטבע - 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בעברית על הסתיו והטבע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של מילים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מילה לתמונה או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סְתָו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גֶּשֶׁם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בָּאֲדָמָה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קר, לא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המים יורדים מהעננים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צריך להשאיר את הפרחים בטבע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(עונה עם גשם וקור)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(ירק שגדל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(חיה שעפה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(דבר לבן בשמיים)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ענו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הגשם, הקור, הבגדים החמים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כל מילה כדי לעזור בהבנה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רם יחד עם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זמן נוסף לתלמידים עם קושי בעברית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עונות ואוצר מילים בטבע - 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מילים בעברית על עונת הסתיו, מזג האוויר והטבע. נתרגל מילים כמו גֶּשֶׁם, בָּצָל, צִפּוֹר ופֶּרַח.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אדמה  ·  גשם  ·  ציפור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אומרים 'autumn'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קַיִץ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סְתָו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חֹרֶף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יורד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שֶׁמֶש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גֶּשֶׁם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בָּצָל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נמצא הבצל?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בַּשָּׁמַיִם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בָּאֲדָמָה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בַּיָּם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חם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גשם יורד מהשמיים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אסור לקטוף פרחי 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בחורף יורד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הבצל נמצא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יודעת לעוף בשמיים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סְתָו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ירק שגדל 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בָּצָל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חיה שעפה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צִפּוֹר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דבר לבן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עָנָן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עונה עם גשם וקור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ענו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אוהבים/אוהבות בעונת הסתיו? כתבו שני דברים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אומרים 'autumn'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יורד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עונות ואוצר מילים בטבע - 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